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10800"/>
      </w:tblGrid>
      <w:tr>
        <w:tc>
          <w:tcPr>
            <w:tcW w:type="dxa" w:w="10800"/>
            <w:shd w:fill="FFFFFF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371600" cy="13716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logo_circl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</w:pPr>
      <w:r>
        <w:rPr>
          <w:b/>
        </w:rPr>
        <w:t>2026 Sponsorship Opportunities</w:t>
      </w:r>
    </w:p>
    <w:p>
      <w:r>
        <w:t>The Satin Spur is excited to announce a full schedule of events for the 2026 season, including rodeos, bulls &amp; broncs, roping, sorting, barrel racing, live bands, and festivals. Our Whippoorwill Rodeo alone brings in a consistent crowd of 3,000–4,000+ attendees every year.</w:t>
        <w:br/>
        <w:br/>
        <w:t>Please select your desired sponsorship level(s) below and return this form with payment. We appreciate your support and the opportunity the showcase your business this year!</w:t>
      </w:r>
    </w:p>
    <w:p>
      <w:r>
        <w:t>Business Name: ________________________________</w:t>
      </w:r>
    </w:p>
    <w:p>
      <w:r>
        <w:t>Email Address: ________________________________</w:t>
      </w:r>
    </w:p>
    <w:p>
      <w:r>
        <w:t>Phone Number: ________________________________</w:t>
      </w:r>
    </w:p>
    <w:p>
      <w:r>
        <w:t>Contact Name: ________________________________</w:t>
      </w:r>
    </w:p>
    <w:p>
      <w:r>
        <w:rPr>
          <w:b/>
        </w:rPr>
        <w:br/>
        <w:t>Sponsorship Options (Check All That Apply)</w:t>
      </w:r>
    </w:p>
    <w:p>
      <w:r>
        <w:rPr>
          <w:b/>
        </w:rPr>
        <w:t>☐ Iron Saddle Sponsorship – $2,500</w:t>
      </w:r>
    </w:p>
    <w:p>
      <w:r>
        <w:t>4x8 arena banner • Facebook spotlight posts • Verbal recognition • Logo on rodeo shirts • 4 rodeo shirts • 4 rodeo tickets</w:t>
      </w:r>
    </w:p>
    <w:p>
      <w:r>
        <w:rPr>
          <w:b/>
        </w:rPr>
        <w:t>☐ Gold Buckle Sponsorship – $1,000</w:t>
      </w:r>
    </w:p>
    <w:p>
      <w:r>
        <w:t>2x8 arena banner • Facebook spotlight posts • Verbal recognition • Logo on rodeo shirts • 2 rodeo shirts • 2 rodeo tickets</w:t>
      </w:r>
    </w:p>
    <w:p>
      <w:r>
        <w:rPr>
          <w:b/>
        </w:rPr>
        <w:t>☐ Silver Trophy Sponsorship – $500</w:t>
      </w:r>
    </w:p>
    <w:p>
      <w:r>
        <w:t>2x8 arena banner • Facebook mentions during rodeo weeks • Verbal recognition • Logo on rodeo shirts</w:t>
      </w:r>
    </w:p>
    <w:p>
      <w:r>
        <w:rPr>
          <w:b/>
        </w:rPr>
        <w:t>☐ Rodeo Rookie Sponsorship – $250</w:t>
      </w:r>
    </w:p>
    <w:p>
      <w:r>
        <w:t>2x4 arena banner • Facebook mentions during rodeo weeks</w:t>
      </w:r>
    </w:p>
    <w:p>
      <w:r>
        <w:br/>
        <w:t>Payment Method: ☐ Check Enclosed   ☐ Other: ________________________________</w:t>
        <w:br/>
        <w:br/>
        <w:t>Please email logo and banner design to satinspur@ironsaddleranch.com</w:t>
        <w:br/>
        <w:t>Return with payment to: The Satin Spur, 3734 Cross Rd., Salem, IL 62881</w:t>
      </w:r>
    </w:p>
    <w:sectPr w:rsidR="00FC693F" w:rsidRPr="0006063C" w:rsidSect="0003461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